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480" w:after="0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4705350</wp:posOffset>
            </wp:positionH>
            <wp:positionV relativeFrom="paragraph">
              <wp:posOffset>342900</wp:posOffset>
            </wp:positionV>
            <wp:extent cx="628650" cy="600075"/>
            <wp:effectExtent l="0" t="0" r="0" b="0"/>
            <wp:wrapTight wrapText="bothSides">
              <wp:wrapPolygon edited="0">
                <wp:start x="-26" y="0"/>
                <wp:lineTo x="-26" y="21234"/>
                <wp:lineTo x="20919" y="21234"/>
                <wp:lineTo x="20919" y="0"/>
                <wp:lineTo x="-26" y="0"/>
              </wp:wrapPolygon>
            </wp:wrapTight>
            <wp:docPr id="1" name="Εικόνα 2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3</w:t>
      </w:r>
      <w:r>
        <w:rPr>
          <w:lang w:val="el-GR"/>
        </w:rPr>
        <w:t>1</w:t>
      </w:r>
      <w:r>
        <w:rPr>
          <w:lang w:val="en-US"/>
        </w:rPr>
        <w:t>st</w:t>
      </w:r>
      <w:r>
        <w:rPr/>
        <w:t xml:space="preserve"> International Choral Competition</w:t>
      </w:r>
    </w:p>
    <w:p>
      <w:pPr>
        <w:pStyle w:val="Normal"/>
        <w:rPr/>
      </w:pPr>
      <w:r>
        <w:rPr/>
        <w:t>Organized by Choral Society “Armonia” of Preveza,</w:t>
      </w:r>
    </w:p>
    <w:p>
      <w:pPr>
        <w:pStyle w:val="Normal"/>
        <w:rPr/>
      </w:pPr>
      <w:r>
        <w:rPr/>
        <w:t xml:space="preserve">Preveza, </w:t>
      </w:r>
      <w:r>
        <w:rPr/>
        <w:t>8 - 11</w:t>
      </w:r>
      <w:r>
        <w:rPr/>
        <w:t xml:space="preserve"> July 202</w:t>
      </w:r>
      <w:r>
        <w:rPr/>
        <w:t>7</w:t>
      </w:r>
    </w:p>
    <w:p>
      <w:pPr>
        <w:pStyle w:val="Heading2"/>
        <w:jc w:val="center"/>
        <w:rPr/>
      </w:pPr>
      <w:r>
        <w:rPr/>
        <w:t>APPLICATION FORM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THIS APPLICATION FORM AND ALL SUPPORTING MATERIALS MUST BE RECEIVED BY 1 May 202</w:t>
      </w:r>
      <w:r>
        <w:rPr/>
        <w:t>7</w:t>
      </w:r>
      <w:r>
        <w:rPr/>
        <w:t>.</w:t>
      </w:r>
    </w:p>
    <w:p>
      <w:pPr>
        <w:pStyle w:val="Normal"/>
        <w:rPr/>
      </w:pPr>
      <w:r>
        <w:rPr/>
        <w:t>Choir name:</w:t>
        <w:br/>
      </w:r>
    </w:p>
    <w:p>
      <w:pPr>
        <w:pStyle w:val="Normal"/>
        <w:rPr/>
      </w:pPr>
      <w:r>
        <w:rPr/>
        <w:t>Conductor:</w:t>
        <w:br/>
      </w:r>
    </w:p>
    <w:p>
      <w:pPr>
        <w:pStyle w:val="Normal"/>
        <w:rPr/>
      </w:pPr>
      <w:r>
        <w:rPr/>
        <w:t>Correspondent’s Name:</w:t>
        <w:br/>
      </w:r>
    </w:p>
    <w:p>
      <w:pPr>
        <w:pStyle w:val="Normal"/>
        <w:rPr/>
      </w:pPr>
      <w:r>
        <w:rPr/>
        <w:t>Address:</w:t>
        <w:br/>
      </w:r>
    </w:p>
    <w:p>
      <w:pPr>
        <w:pStyle w:val="Normal"/>
        <w:rPr/>
      </w:pPr>
      <w:r>
        <w:rPr/>
        <w:t>City / P.C.:</w:t>
        <w:br/>
      </w:r>
    </w:p>
    <w:p>
      <w:pPr>
        <w:pStyle w:val="Normal"/>
        <w:rPr/>
      </w:pPr>
      <w:r>
        <w:rPr/>
        <w:t>Country:</w:t>
        <w:br/>
      </w:r>
    </w:p>
    <w:p>
      <w:pPr>
        <w:pStyle w:val="Normal"/>
        <w:rPr/>
      </w:pPr>
      <w:r>
        <w:rPr/>
        <w:t>Telephone:</w:t>
        <w:br/>
      </w:r>
    </w:p>
    <w:p>
      <w:pPr>
        <w:pStyle w:val="Normal"/>
        <w:rPr/>
      </w:pPr>
      <w:r>
        <w:rPr/>
        <w:t>E-mail:</w:t>
        <w:br/>
      </w:r>
    </w:p>
    <w:p>
      <w:pPr>
        <w:pStyle w:val="Normal"/>
        <w:rPr/>
      </w:pPr>
      <w:r>
        <w:rPr/>
        <w:t>Choir website / FB page:</w:t>
        <w:br/>
      </w:r>
    </w:p>
    <w:p>
      <w:pPr>
        <w:pStyle w:val="Normal"/>
        <w:rPr/>
      </w:pPr>
      <w:r>
        <w:rPr/>
        <w:t>I wish to enter the above choir in the 44th International Choral Festival of Preveza (3</w:t>
      </w:r>
      <w:r>
        <w:rPr/>
        <w:t>1st</w:t>
      </w:r>
      <w:r>
        <w:rPr/>
        <w:t xml:space="preserve"> International Choral Competition) in accordance with the competition rules to perform the repertoire listed below.</w:t>
      </w:r>
    </w:p>
    <w:p>
      <w:pPr>
        <w:pStyle w:val="Heading3"/>
        <w:rPr/>
      </w:pPr>
      <w:r>
        <w:rPr/>
      </w:r>
    </w:p>
    <w:p>
      <w:pPr>
        <w:pStyle w:val="Heading3"/>
        <w:rPr/>
      </w:pPr>
      <w:r>
        <w:rPr/>
      </w:r>
    </w:p>
    <w:p>
      <w:pPr>
        <w:pStyle w:val="Heading3"/>
        <w:rPr/>
      </w:pPr>
      <w:r>
        <w:rPr/>
        <w:t>CATEGORIES (Please tick the appropriate box and underline the formation of the group)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Category A - Mixed choirs</w:t>
      </w:r>
    </w:p>
    <w:p>
      <w:pPr>
        <w:pStyle w:val="Normal"/>
        <w:rPr/>
      </w:pPr>
      <w:r>
        <w:rPr/>
        <w:t>Category B - Equal Voices’ choirs (male or female)</w:t>
      </w:r>
    </w:p>
    <w:p>
      <w:pPr>
        <w:pStyle w:val="Normal"/>
        <w:rPr/>
      </w:pPr>
      <w:r>
        <w:rPr/>
        <w:t>Category C - Children’s choirs</w:t>
      </w:r>
    </w:p>
    <w:p>
      <w:pPr>
        <w:pStyle w:val="Normal"/>
        <w:rPr/>
      </w:pPr>
      <w:r>
        <w:rPr/>
        <w:t>Category D - Chamber choirs / Vocal ensembles (mixed, male or female ensembles)</w:t>
      </w:r>
    </w:p>
    <w:p>
      <w:pPr>
        <w:pStyle w:val="Normal"/>
        <w:rPr/>
      </w:pPr>
      <w:r>
        <w:rPr/>
        <w:t>Category E - Youth choirs (mixed, male or female ensembles)</w:t>
      </w:r>
    </w:p>
    <w:p>
      <w:pPr>
        <w:pStyle w:val="Normal"/>
        <w:rPr/>
      </w:pPr>
      <w:r>
        <w:rPr/>
        <w:t>Category F - Spiritual, Gospel, Jazz, Pop Choirs, Pop Ensembles, Folklore, Byzantine chant</w:t>
      </w:r>
    </w:p>
    <w:p>
      <w:pPr>
        <w:pStyle w:val="Normal"/>
        <w:rPr/>
      </w:pPr>
      <w:r>
        <w:rPr/>
        <w:t>Category G - Free programme of original choral music</w:t>
      </w:r>
    </w:p>
    <w:p>
      <w:pPr>
        <w:pStyle w:val="Normal"/>
        <w:rPr/>
      </w:pPr>
      <w:r>
        <w:rPr/>
        <w:t>Category H - Greek Choirs Competition</w:t>
      </w:r>
    </w:p>
    <w:p>
      <w:pPr>
        <w:pStyle w:val="Normal"/>
        <w:rPr/>
      </w:pPr>
      <w:r>
        <w:rPr/>
        <w:t>Category I - Senior Choirs</w:t>
      </w:r>
    </w:p>
    <w:p>
      <w:pPr>
        <w:pStyle w:val="Normal"/>
        <w:rPr/>
      </w:pPr>
      <w:r>
        <w:rPr/>
        <w:t>In the case of your participation in more than one category, you should fill in an application form for the second or more categories in which you will take part in.</w:t>
      </w:r>
    </w:p>
    <w:p>
      <w:pPr>
        <w:pStyle w:val="Heading3"/>
        <w:rPr/>
      </w:pPr>
      <w:r>
        <w:rPr/>
        <w:t>Competition’s REPERTOIRE (Please include all information. Please type or print clearly)</w:t>
      </w:r>
    </w:p>
    <w:tbl>
      <w:tblPr>
        <w:tblW w:w="859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880"/>
        <w:gridCol w:w="2880"/>
      </w:tblGrid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n.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Title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Composer (name, surname, dates of living)</w:t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3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4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5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6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/>
        <w:br/>
        <w:t xml:space="preserve">Signature </w:t>
        <w:tab/>
        <w:tab/>
        <w:tab/>
        <w:tab/>
        <w:t xml:space="preserve"> Date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mbria">
    <w:charset w:val="a1"/>
    <w:family w:val="roman"/>
    <w:pitch w:val="variable"/>
  </w:font>
  <w:font w:name="Calibri">
    <w:charset w:val="a1"/>
    <w:family w:val="roman"/>
    <w:pitch w:val="variable"/>
  </w:font>
  <w:font w:name="Courier">
    <w:altName w:val="Courier New"/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uiPriority w:val="99"/>
    <w:qFormat/>
    <w:rsid w:val="00e618bf"/>
    <w:rPr/>
  </w:style>
  <w:style w:type="character" w:styleId="Char1" w:customStyle="1">
    <w:name w:val="Υποσέλιδο Char"/>
    <w:basedOn w:val="DefaultParagraphFont"/>
    <w:uiPriority w:val="99"/>
    <w:qFormat/>
    <w:rsid w:val="00e618bf"/>
    <w:rPr/>
  </w:style>
  <w:style w:type="character" w:styleId="1Char" w:customStyle="1">
    <w:name w:val="Επικεφαλίδα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Char" w:customStyle="1">
    <w:name w:val="Επικεφαλίδα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Char" w:customStyle="1">
    <w:name w:val="Επικεφαλίδα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Char2" w:customStyle="1">
    <w:name w:val="Τίτλος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Char3" w:customStyle="1">
    <w:name w:val="Υπότιτλος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Char4" w:customStyle="1">
    <w:name w:val="Σώμα κειμένου Char"/>
    <w:basedOn w:val="DefaultParagraphFont"/>
    <w:uiPriority w:val="99"/>
    <w:qFormat/>
    <w:rsid w:val="00aa1d8d"/>
    <w:rPr/>
  </w:style>
  <w:style w:type="character" w:styleId="2Char1" w:customStyle="1">
    <w:name w:val="Σώμα κείμενου 2 Char"/>
    <w:basedOn w:val="DefaultParagraphFont"/>
    <w:link w:val="BodyText2"/>
    <w:uiPriority w:val="99"/>
    <w:qFormat/>
    <w:rsid w:val="00aa1d8d"/>
    <w:rPr/>
  </w:style>
  <w:style w:type="character" w:styleId="3Char1" w:customStyle="1">
    <w:name w:val="Σώμα κείμενου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Char5" w:customStyle="1">
    <w:name w:val="Κείμενο μακροεντολής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har6" w:customStyle="1">
    <w:name w:val="Απόσπασμα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4Char" w:customStyle="1">
    <w:name w:val="Επικεφαλίδα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Char" w:customStyle="1">
    <w:name w:val="Επικεφαλίδα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6Char" w:customStyle="1">
    <w:name w:val="Επικεφαλίδα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Char" w:customStyle="1">
    <w:name w:val="Επικεφαλίδα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Char" w:customStyle="1">
    <w:name w:val="Επικεφαλίδα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9Char" w:customStyle="1">
    <w:name w:val="Επικεφαλίδα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har7" w:customStyle="1">
    <w:name w:val="Έντονο απόσπ.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har4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6">
    <w:name w:val="Ευρετήριο"/>
    <w:basedOn w:val="Normal"/>
    <w:qFormat/>
    <w:pPr>
      <w:suppressLineNumbers/>
    </w:pPr>
    <w:rPr>
      <w:rFonts w:cs="Arial"/>
    </w:rPr>
  </w:style>
  <w:style w:type="paragraph" w:styleId="Style7">
    <w:name w:val="Κεφαλίδα και υποσέλιδο"/>
    <w:basedOn w:val="Normal"/>
    <w:qFormat/>
    <w:pPr/>
    <w:rPr/>
  </w:style>
  <w:style w:type="paragraph" w:styleId="Header">
    <w:name w:val="Header"/>
    <w:basedOn w:val="Normal"/>
    <w:link w:val="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Char1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Char2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Char3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2Char1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3Char1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Char5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har6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Char7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LibreOffice/24.2.2.2$Windows_X86_64 LibreOffice_project/d56cc158d8a96260b836f100ef4b4ef25d6f1a01</Application>
  <AppVersion>15.0000</AppVersion>
  <Pages>2</Pages>
  <Words>227</Words>
  <Characters>1188</Characters>
  <CharactersWithSpaces>1394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2025-08-25T18:11:00Z</dcterms:created>
  <dc:creator>python-docx</dc:creator>
  <dc:description>generated by python-docx</dc:description>
  <dc:language>el-GR</dc:language>
  <cp:lastModifiedBy/>
  <dcterms:modified xsi:type="dcterms:W3CDTF">2026-05-27T12:52:01Z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